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המהפכה התעשייתית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בדיקת הבנה בנושא "המהפכה התעשייתית".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מבוסס על הבוחן הקצר "חידון תרגול – המהפכה התעשייתית"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הטקסטיל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מעבר אוכלוסייה מהכפר לעיר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ילדים הועסקו במפעלים בשכר נמוך ובתנאים מסוכנים.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בריטניה – בריטניה, בעשורים האחרונים של המאה ה-18.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המהפכה התעשייתית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מיכון  |  שיטת המפעל  |  מנוע קיטור  |  עיור  |  מעמד הפועלים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באיזו מדינה החלה המהפכה התעשייתית?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בריטניה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גרמניה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צרפת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אדם סמית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ג'יימס וואט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ג'ורג' סטפנסון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איזה ענף היה הראשון שעבר מיכון?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הטקסטיל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החשמל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הפלדה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מהו 'עיור'?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מעבר אוכלוסייה מהכפר לעיר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מעבר מהעיר לכפר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בניית חומות סביב ערים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קו הרכבת ליברפול–מנצ'סטר נפתח ב-1830.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במפעלים הראשונים לא הועסקו ילדים.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מרבצי פחם וברזל היו מהגורמים לכך שהמהפכה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באיזו מדינה החלה המהפכה התעשייתית?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משפטים: מה הדבר הכי חשוב בנושא "המהפכה התעשייתית"?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המהפכה התעשייתית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