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תנועת ההשכלה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"תנועת ההשכלה היהודית".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תנועת ההשכלה"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רב-ברירה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פירוש עברי לתורה שליווה את התרגום לגרמנית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'דברי שלום ואמת'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המאסף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אברהם מאפו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המשכילים רצו לשלב לימודים כלליים – שפות, מדעים וחשבון – לצד לימודי 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הסבירו במילים 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ברלין – בברלין, בשנות ה-70–80 של המאה ה-18.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 – פילוסוף יהודי שומר מצוות.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פירוש עברי לתורה שליווה את התרגום לגרמנית – חלק ממפעל תרגום התורה של מנדלסון.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שאלת סיכום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תנועת ההשכלה היהודית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רב-ברירה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היכן החלה תנועת ההשכלה?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וילנה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ברלין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פריז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נחשב ל'אבי ההשכלה'?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הרצל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אחד העם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יל"ג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מהו ה'ביאור'?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כתב עת עברי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ספר בברלין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פירוש עברי לתורה שליווה את התרגום לגרמנית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שיר של יל"ג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פרסם נפתלי הרץ ויזל ב-1782?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'אהבת ציון'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'ירושלים'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'המאסף'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'דברי שלום ואמת'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איך נקרא כתב העת העברי של המשכילים?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הצפירה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המאסף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המליץ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השחר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מי כתב את הרומן העברי הראשון 'אהבת ציון'?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אברהם מאפו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יל"ג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לוינזון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מנדלסון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נכון; תקנו את הלא נכונים.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רצו שהיהודים ילמדו רק לימודי קודש.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רבנים רבים התנגדו להשכלה מחשש להתבוללות.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ההשכלה תרמה לתחיית השפה העברית.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יל"ג טבע את המשפט 'היה אדם בצאתך ואיש יהודי באוהלך'.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היכן החלה תנועת ההשכלה?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נחשב ל'אבי ההשכלה'?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מהו ה'ביאור'?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שאלת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כיצד ניסו המשכילים לחבר בין העולם היהודי המסורתי לבין התרבות האירופית המודרנית – ובאיזה מחיר?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תנועת ההשכלה היהודית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